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0A0A09"/>
          <w:sz w:val="32"/>
        </w:rPr>
        <w:t>RADNI NALOG</w:t>
      </w:r>
    </w:p>
    <w:p>
      <w:pPr>
        <w:spacing w:after="120"/>
      </w:pPr>
      <w:r>
        <w:rPr>
          <w:color w:val="00C896"/>
          <w:sz w:val="16"/>
        </w:rPr>
        <w:t>●  scalably.rs  ·  obrazac za proizvodnju, servis i teren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3364"/>
        <w:gridCol w:w="3364"/>
        <w:gridCol w:w="3364"/>
      </w:tblGrid>
      <w:tr>
        <w:trPr>
          <w:trHeight w:val="595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Firma (naziv i adresa)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Radni nalog br.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izdavanja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5046"/>
        <w:gridCol w:w="5046"/>
      </w:tblGrid>
      <w:tr>
        <w:trPr>
          <w:trHeight w:val="595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Izdao (ime i funkcija)</w:t>
            </w:r>
          </w:p>
          <w:p/>
        </w:tc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Radnik / tim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3364"/>
        <w:gridCol w:w="3364"/>
        <w:gridCol w:w="3364"/>
      </w:tblGrid>
      <w:tr>
        <w:trPr>
          <w:trHeight w:val="595"/>
        </w:trPr>
        <w:tc>
          <w:tcPr>
            <w:tcW w:type="dxa" w:w="5046"/>
          </w:tcPr>
          <w:p>
            <w:pPr>
              <w:spacing w:after="0"/>
            </w:pPr>
            <w:r>
              <w:rPr>
                <w:color w:val="5A5A55"/>
                <w:sz w:val="14"/>
              </w:rPr>
              <w:t>Mesto rada (objekat, parcela, lokacija)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Rok za izvršenje (datum, do h)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Prioritet</w:t>
            </w:r>
          </w:p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10092"/>
      </w:tblGrid>
      <w:tr>
        <w:tc>
          <w:tcPr>
            <w:tcW w:type="dxa" w:w="10092"/>
          </w:tcPr>
          <w:p>
            <w:r>
              <w:rPr>
                <w:color w:val="5A5A55"/>
                <w:sz w:val="14"/>
              </w:rPr>
              <w:t>Opis posla (šta tačno treba da se uradi, količina, način)</w:t>
            </w:r>
          </w:p>
          <w:p/>
          <w:p/>
          <w:p/>
          <w:p/>
          <w:p/>
        </w:tc>
      </w:tr>
    </w:tbl>
    <w:p>
      <w:pPr>
        <w:spacing w:after="0"/>
      </w:pPr>
    </w:p>
    <w:p>
      <w:pPr>
        <w:spacing w:before="120" w:after="60"/>
      </w:pPr>
      <w:r>
        <w:rPr>
          <w:b/>
          <w:sz w:val="21"/>
        </w:rPr>
        <w:t>Materijal, oprema i mašine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841"/>
            <w:shd w:val="clear" w:color="auto" w:fill="F3F2EF"/>
          </w:tcPr>
          <w:p>
            <w:r>
              <w:rPr>
                <w:b/>
                <w:sz w:val="15"/>
              </w:rPr>
              <w:t>R. br.</w:t>
            </w:r>
          </w:p>
        </w:tc>
        <w:tc>
          <w:tcPr>
            <w:tcW w:type="dxa" w:w="4205"/>
            <w:shd w:val="clear" w:color="auto" w:fill="F3F2EF"/>
          </w:tcPr>
          <w:p>
            <w:r>
              <w:rPr>
                <w:b/>
                <w:sz w:val="15"/>
              </w:rPr>
              <w:t>Naziv</w:t>
            </w:r>
          </w:p>
        </w:tc>
        <w:tc>
          <w:tcPr>
            <w:tcW w:type="dxa" w:w="1261"/>
            <w:shd w:val="clear" w:color="auto" w:fill="F3F2EF"/>
          </w:tcPr>
          <w:p>
            <w:r>
              <w:rPr>
                <w:b/>
                <w:sz w:val="15"/>
              </w:rPr>
              <w:t>Jed. mere</w:t>
            </w:r>
          </w:p>
        </w:tc>
        <w:tc>
          <w:tcPr>
            <w:tcW w:type="dxa" w:w="1261"/>
            <w:shd w:val="clear" w:color="auto" w:fill="F3F2EF"/>
          </w:tcPr>
          <w:p>
            <w:r>
              <w:rPr>
                <w:b/>
                <w:sz w:val="15"/>
              </w:rPr>
              <w:t>Količina</w:t>
            </w:r>
          </w:p>
        </w:tc>
        <w:tc>
          <w:tcPr>
            <w:tcW w:type="dxa" w:w="2523"/>
            <w:shd w:val="clear" w:color="auto" w:fill="F3F2EF"/>
          </w:tcPr>
          <w:p>
            <w:r>
              <w:rPr>
                <w:b/>
                <w:sz w:val="15"/>
              </w:rPr>
              <w:t>Napomena</w:t>
            </w:r>
          </w:p>
        </w:tc>
      </w:tr>
      <w:tr>
        <w:trPr>
          <w:trHeight w:val="369"/>
        </w:trPr>
        <w:tc>
          <w:tcPr>
            <w:tcW w:type="dxa" w:w="841"/>
          </w:tcPr>
          <w:p>
            <w:r>
              <w:rPr>
                <w:color w:val="5A5A55"/>
                <w:sz w:val="16"/>
              </w:rPr>
              <w:t>1</w:t>
            </w:r>
          </w:p>
        </w:tc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2523"/>
          </w:tcPr>
          <w:p/>
        </w:tc>
      </w:tr>
      <w:tr>
        <w:trPr>
          <w:trHeight w:val="369"/>
        </w:trPr>
        <w:tc>
          <w:tcPr>
            <w:tcW w:type="dxa" w:w="841"/>
          </w:tcPr>
          <w:p>
            <w:r>
              <w:rPr>
                <w:color w:val="5A5A55"/>
                <w:sz w:val="16"/>
              </w:rPr>
              <w:t>2</w:t>
            </w:r>
          </w:p>
        </w:tc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2523"/>
          </w:tcPr>
          <w:p/>
        </w:tc>
      </w:tr>
      <w:tr>
        <w:trPr>
          <w:trHeight w:val="369"/>
        </w:trPr>
        <w:tc>
          <w:tcPr>
            <w:tcW w:type="dxa" w:w="841"/>
          </w:tcPr>
          <w:p>
            <w:r>
              <w:rPr>
                <w:color w:val="5A5A55"/>
                <w:sz w:val="16"/>
              </w:rPr>
              <w:t>3</w:t>
            </w:r>
          </w:p>
        </w:tc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2523"/>
          </w:tcPr>
          <w:p/>
        </w:tc>
      </w:tr>
      <w:tr>
        <w:trPr>
          <w:trHeight w:val="369"/>
        </w:trPr>
        <w:tc>
          <w:tcPr>
            <w:tcW w:type="dxa" w:w="841"/>
          </w:tcPr>
          <w:p>
            <w:r>
              <w:rPr>
                <w:color w:val="5A5A55"/>
                <w:sz w:val="16"/>
              </w:rPr>
              <w:t>4</w:t>
            </w:r>
          </w:p>
        </w:tc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2523"/>
          </w:tcPr>
          <w:p/>
        </w:tc>
      </w:tr>
      <w:tr>
        <w:trPr>
          <w:trHeight w:val="369"/>
        </w:trPr>
        <w:tc>
          <w:tcPr>
            <w:tcW w:type="dxa" w:w="841"/>
          </w:tcPr>
          <w:p>
            <w:r>
              <w:rPr>
                <w:color w:val="5A5A55"/>
                <w:sz w:val="16"/>
              </w:rPr>
              <w:t>5</w:t>
            </w:r>
          </w:p>
        </w:tc>
        <w:tc>
          <w:tcPr>
            <w:tcW w:type="dxa" w:w="4205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2523"/>
          </w:tcPr>
          <w:p/>
        </w:tc>
      </w:tr>
    </w:tbl>
    <w:p>
      <w:pPr>
        <w:spacing w:after="0"/>
      </w:pPr>
    </w:p>
    <w:p>
      <w:pPr>
        <w:spacing w:before="120" w:after="60"/>
      </w:pPr>
      <w:r>
        <w:rPr>
          <w:b/>
          <w:sz w:val="21"/>
        </w:rPr>
        <w:t>Izvršenje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2523"/>
        <w:gridCol w:w="2523"/>
        <w:gridCol w:w="2523"/>
        <w:gridCol w:w="2523"/>
      </w:tblGrid>
      <w:tr>
        <w:trPr>
          <w:trHeight w:val="595"/>
        </w:trPr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početka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Datum završetka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Utrošeni sati</w:t>
            </w:r>
          </w:p>
          <w:p/>
        </w:tc>
        <w:tc>
          <w:tcPr>
            <w:tcW w:type="dxa" w:w="2523"/>
          </w:tcPr>
          <w:p>
            <w:pPr>
              <w:spacing w:after="0"/>
            </w:pPr>
            <w:r>
              <w:rPr>
                <w:color w:val="5A5A55"/>
                <w:sz w:val="14"/>
              </w:rPr>
              <w:t>Učinak / količina</w:t>
            </w:r>
          </w:p>
          <w:p/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blGrid>
        <w:gridCol w:w="10092"/>
      </w:tblGrid>
      <w:tr>
        <w:tc>
          <w:tcPr>
            <w:tcW w:type="dxa" w:w="10092"/>
          </w:tcPr>
          <w:p>
            <w:r>
              <w:rPr>
                <w:color w:val="5A5A55"/>
                <w:sz w:val="14"/>
              </w:rPr>
              <w:t>Napomena izvršioca (šta je urađeno, šta nije i zašto)</w:t>
            </w:r>
          </w:p>
          <w:p/>
          <w:p/>
          <w:p/>
        </w:tc>
      </w:tr>
    </w:tbl>
    <w:p>
      <w:pPr>
        <w:spacing w:after="0"/>
      </w:pPr>
    </w:p>
    <w:p>
      <w:pPr>
        <w:spacing w:before="120"/>
      </w:pPr>
      <w:r>
        <w:rPr>
          <w:color w:val="5A5A55"/>
          <w:sz w:val="15"/>
        </w:rPr>
        <w:t>Status: ☐ izdat   ☐ u toku   ☐ završen   ☐ odobren   ☐ vraćen na dopunu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Izdao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Izvršio (potpis)</w:t>
            </w:r>
          </w:p>
        </w:tc>
        <w:tc>
          <w:tcPr>
            <w:tcW w:type="dxa" w:w="3364"/>
          </w:tcPr>
          <w:p>
            <w:r/>
          </w:p>
          <w:p/>
          <w:p>
            <w:pPr>
              <w:spacing w:after="0"/>
            </w:pPr>
            <w:r>
              <w:t>________________________</w:t>
            </w:r>
          </w:p>
          <w:p>
            <w:r>
              <w:rPr>
                <w:color w:val="5A5A55"/>
                <w:sz w:val="15"/>
              </w:rPr>
              <w:t>Odobrio (potpis,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5"/>
        <w:sz w:val="15"/>
      </w:rPr>
      <w:t>Besplatan obrazac sa scalably.rs  ●  Ako ovaj obrazac popunjavate svaki dan, sistem može da ga popuni, a vi samo proverite.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Scalably</dc:creator>
  <cp:keywords/>
  <dc:description/>
  <cp:lastModifiedBy>Scalably</cp:lastModifiedBy>
  <cp:revision>1</cp:revision>
  <dcterms:created xsi:type="dcterms:W3CDTF">2013-12-23T23:15:00Z</dcterms:created>
  <dcterms:modified xsi:type="dcterms:W3CDTF">2013-12-23T23:15:00Z</dcterms:modified>
  <cp:category/>
</cp:coreProperties>
</file>