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0A0A09"/>
          <w:sz w:val="32"/>
        </w:rPr>
        <w:t>OTPREMNICA</w:t>
      </w:r>
    </w:p>
    <w:p>
      <w:pPr>
        <w:spacing w:after="120"/>
      </w:pPr>
      <w:r>
        <w:rPr>
          <w:color w:val="00C896"/>
          <w:sz w:val="16"/>
        </w:rPr>
        <w:t>●  scalably.rs  ·  papirna otpremnica za robu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/>
                <w:sz w:val="16"/>
              </w:rPr>
              <w:t>POŠILJALAC</w:t>
            </w:r>
          </w:p>
          <w:p>
            <w:pPr>
              <w:spacing w:after="20"/>
            </w:pPr>
            <w:r>
              <w:rPr>
                <w:color w:val="5A5A55"/>
                <w:sz w:val="15"/>
              </w:rPr>
              <w:t xml:space="preserve">Naziv: </w:t>
            </w:r>
            <w:r>
              <w:rPr>
                <w:sz w:val="15"/>
              </w:rPr>
              <w:t>__________________________________</w:t>
            </w:r>
          </w:p>
          <w:p>
            <w:pPr>
              <w:spacing w:after="20"/>
            </w:pPr>
            <w:r>
              <w:rPr>
                <w:color w:val="5A5A55"/>
                <w:sz w:val="15"/>
              </w:rPr>
              <w:t xml:space="preserve">Adresa: </w:t>
            </w:r>
            <w:r>
              <w:rPr>
                <w:sz w:val="15"/>
              </w:rPr>
              <w:t>__________________________________</w:t>
            </w:r>
          </w:p>
          <w:p>
            <w:pPr>
              <w:spacing w:after="20"/>
            </w:pPr>
            <w:r>
              <w:rPr>
                <w:color w:val="5A5A55"/>
                <w:sz w:val="15"/>
              </w:rPr>
              <w:t xml:space="preserve">PIB: </w:t>
            </w:r>
            <w:r>
              <w:rPr>
                <w:sz w:val="15"/>
              </w:rPr>
              <w:t>__________________________________</w:t>
            </w:r>
          </w:p>
          <w:p>
            <w:pPr>
              <w:spacing w:after="20"/>
            </w:pPr>
            <w:r>
              <w:rPr>
                <w:color w:val="5A5A55"/>
                <w:sz w:val="15"/>
              </w:rPr>
              <w:t xml:space="preserve">Matični broj: </w:t>
            </w:r>
            <w:r>
              <w:rPr>
                <w:sz w:val="15"/>
              </w:rPr>
              <w:t>__________________________________</w:t>
            </w:r>
          </w:p>
        </w:tc>
        <w:tc>
          <w:tcPr>
            <w:tcW w:type="dxa" w:w="5046"/>
          </w:tcPr>
          <w:p>
            <w:r>
              <w:rPr>
                <w:b/>
                <w:sz w:val="16"/>
              </w:rPr>
              <w:t>PRIMALAC</w:t>
            </w:r>
          </w:p>
          <w:p>
            <w:pPr>
              <w:spacing w:after="20"/>
            </w:pPr>
            <w:r>
              <w:rPr>
                <w:color w:val="5A5A55"/>
                <w:sz w:val="15"/>
              </w:rPr>
              <w:t xml:space="preserve">Naziv: </w:t>
            </w:r>
            <w:r>
              <w:rPr>
                <w:sz w:val="15"/>
              </w:rPr>
              <w:t>__________________________________</w:t>
            </w:r>
          </w:p>
          <w:p>
            <w:pPr>
              <w:spacing w:after="20"/>
            </w:pPr>
            <w:r>
              <w:rPr>
                <w:color w:val="5A5A55"/>
                <w:sz w:val="15"/>
              </w:rPr>
              <w:t xml:space="preserve">Adresa: </w:t>
            </w:r>
            <w:r>
              <w:rPr>
                <w:sz w:val="15"/>
              </w:rPr>
              <w:t>__________________________________</w:t>
            </w:r>
          </w:p>
          <w:p>
            <w:pPr>
              <w:spacing w:after="20"/>
            </w:pPr>
            <w:r>
              <w:rPr>
                <w:color w:val="5A5A55"/>
                <w:sz w:val="15"/>
              </w:rPr>
              <w:t xml:space="preserve">PIB: </w:t>
            </w:r>
            <w:r>
              <w:rPr>
                <w:sz w:val="15"/>
              </w:rPr>
              <w:t>__________________________________</w:t>
            </w:r>
          </w:p>
          <w:p>
            <w:pPr>
              <w:spacing w:after="20"/>
            </w:pPr>
            <w:r>
              <w:rPr>
                <w:color w:val="5A5A55"/>
                <w:sz w:val="15"/>
              </w:rPr>
              <w:t xml:space="preserve">Matični broj: </w:t>
            </w:r>
            <w:r>
              <w:rPr>
                <w:sz w:val="15"/>
              </w:rPr>
              <w:t>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blGrid>
        <w:gridCol w:w="2523"/>
        <w:gridCol w:w="2523"/>
        <w:gridCol w:w="2523"/>
        <w:gridCol w:w="2523"/>
      </w:tblGrid>
      <w:tr>
        <w:trPr>
          <w:trHeight w:val="539"/>
        </w:trPr>
        <w:tc>
          <w:tcPr>
            <w:tcW w:type="dxa" w:w="2523"/>
          </w:tcPr>
          <w:p>
            <w:pPr>
              <w:spacing w:after="0"/>
            </w:pPr>
            <w:r>
              <w:rPr>
                <w:color w:val="5A5A55"/>
                <w:sz w:val="14"/>
              </w:rPr>
              <w:t>Otpremnica br.</w:t>
            </w:r>
          </w:p>
          <w:p/>
        </w:tc>
        <w:tc>
          <w:tcPr>
            <w:tcW w:type="dxa" w:w="2523"/>
          </w:tcPr>
          <w:p>
            <w:pPr>
              <w:spacing w:after="0"/>
            </w:pPr>
            <w:r>
              <w:rPr>
                <w:color w:val="5A5A55"/>
                <w:sz w:val="14"/>
              </w:rPr>
              <w:t>Datum otpreme</w:t>
            </w:r>
          </w:p>
          <w:p/>
        </w:tc>
        <w:tc>
          <w:tcPr>
            <w:tcW w:type="dxa" w:w="2523"/>
          </w:tcPr>
          <w:p>
            <w:pPr>
              <w:spacing w:after="0"/>
            </w:pPr>
            <w:r>
              <w:rPr>
                <w:color w:val="5A5A55"/>
                <w:sz w:val="14"/>
              </w:rPr>
              <w:t>Mesto otpreme (magacin)</w:t>
            </w:r>
          </w:p>
          <w:p/>
        </w:tc>
        <w:tc>
          <w:tcPr>
            <w:tcW w:type="dxa" w:w="2523"/>
          </w:tcPr>
          <w:p>
            <w:pPr>
              <w:spacing w:after="0"/>
            </w:pPr>
            <w:r>
              <w:rPr>
                <w:color w:val="5A5A55"/>
                <w:sz w:val="14"/>
              </w:rPr>
              <w:t>Mesto isporuke</w:t>
            </w:r>
          </w:p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blGrid>
        <w:gridCol w:w="2523"/>
        <w:gridCol w:w="2523"/>
        <w:gridCol w:w="2523"/>
        <w:gridCol w:w="2523"/>
      </w:tblGrid>
      <w:tr>
        <w:trPr>
          <w:trHeight w:val="539"/>
        </w:trPr>
        <w:tc>
          <w:tcPr>
            <w:tcW w:type="dxa" w:w="2523"/>
          </w:tcPr>
          <w:p>
            <w:pPr>
              <w:spacing w:after="0"/>
            </w:pPr>
            <w:r>
              <w:rPr>
                <w:color w:val="5A5A55"/>
                <w:sz w:val="14"/>
              </w:rPr>
              <w:t>Prevoznik</w:t>
            </w:r>
          </w:p>
          <w:p/>
        </w:tc>
        <w:tc>
          <w:tcPr>
            <w:tcW w:type="dxa" w:w="2523"/>
          </w:tcPr>
          <w:p>
            <w:pPr>
              <w:spacing w:after="0"/>
            </w:pPr>
            <w:r>
              <w:rPr>
                <w:color w:val="5A5A55"/>
                <w:sz w:val="14"/>
              </w:rPr>
              <w:t>Vozilo (reg. br.)</w:t>
            </w:r>
          </w:p>
          <w:p/>
        </w:tc>
        <w:tc>
          <w:tcPr>
            <w:tcW w:type="dxa" w:w="2523"/>
          </w:tcPr>
          <w:p>
            <w:pPr>
              <w:spacing w:after="0"/>
            </w:pPr>
            <w:r>
              <w:rPr>
                <w:color w:val="5A5A55"/>
                <w:sz w:val="14"/>
              </w:rPr>
              <w:t>Vozač</w:t>
            </w:r>
          </w:p>
          <w:p/>
        </w:tc>
        <w:tc>
          <w:tcPr>
            <w:tcW w:type="dxa" w:w="2523"/>
          </w:tcPr>
          <w:p>
            <w:pPr>
              <w:spacing w:after="0"/>
            </w:pPr>
            <w:r>
              <w:rPr>
                <w:color w:val="5A5A55"/>
                <w:sz w:val="14"/>
              </w:rPr>
              <w:t>Veza (broj narudžbenice / fakture)</w:t>
            </w:r>
          </w:p>
          <w:p/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651"/>
            <w:shd w:val="clear" w:color="auto" w:fill="F3F2EF"/>
          </w:tcPr>
          <w:p>
            <w:r>
              <w:rPr>
                <w:b/>
                <w:sz w:val="15"/>
              </w:rPr>
              <w:t>R. br.</w:t>
            </w:r>
          </w:p>
        </w:tc>
        <w:tc>
          <w:tcPr>
            <w:tcW w:type="dxa" w:w="1302"/>
            <w:shd w:val="clear" w:color="auto" w:fill="F3F2EF"/>
          </w:tcPr>
          <w:p>
            <w:r>
              <w:rPr>
                <w:b/>
                <w:sz w:val="15"/>
              </w:rPr>
              <w:t>Šifra</w:t>
            </w:r>
          </w:p>
        </w:tc>
        <w:tc>
          <w:tcPr>
            <w:tcW w:type="dxa" w:w="3906"/>
            <w:shd w:val="clear" w:color="auto" w:fill="F3F2EF"/>
          </w:tcPr>
          <w:p>
            <w:r>
              <w:rPr>
                <w:b/>
                <w:sz w:val="15"/>
              </w:rPr>
              <w:t>Naziv robe</w:t>
            </w:r>
          </w:p>
        </w:tc>
        <w:tc>
          <w:tcPr>
            <w:tcW w:type="dxa" w:w="977"/>
            <w:shd w:val="clear" w:color="auto" w:fill="F3F2EF"/>
          </w:tcPr>
          <w:p>
            <w:r>
              <w:rPr>
                <w:b/>
                <w:sz w:val="15"/>
              </w:rPr>
              <w:t>Jed. mere</w:t>
            </w:r>
          </w:p>
        </w:tc>
        <w:tc>
          <w:tcPr>
            <w:tcW w:type="dxa" w:w="1302"/>
            <w:shd w:val="clear" w:color="auto" w:fill="F3F2EF"/>
          </w:tcPr>
          <w:p>
            <w:r>
              <w:rPr>
                <w:b/>
                <w:sz w:val="15"/>
              </w:rPr>
              <w:t>Količina</w:t>
            </w:r>
          </w:p>
        </w:tc>
        <w:tc>
          <w:tcPr>
            <w:tcW w:type="dxa" w:w="1953"/>
            <w:shd w:val="clear" w:color="auto" w:fill="F3F2EF"/>
          </w:tcPr>
          <w:p>
            <w:r>
              <w:rPr>
                <w:b/>
                <w:sz w:val="15"/>
              </w:rPr>
              <w:t>Napomena</w:t>
            </w:r>
          </w:p>
        </w:tc>
      </w:tr>
      <w:tr>
        <w:trPr>
          <w:trHeight w:val="369"/>
        </w:trPr>
        <w:tc>
          <w:tcPr>
            <w:tcW w:type="dxa" w:w="651"/>
          </w:tcPr>
          <w:p>
            <w:r>
              <w:rPr>
                <w:color w:val="5A5A55"/>
                <w:sz w:val="16"/>
              </w:rPr>
              <w:t>1</w:t>
            </w:r>
          </w:p>
        </w:tc>
        <w:tc>
          <w:tcPr>
            <w:tcW w:type="dxa" w:w="1302"/>
          </w:tcPr>
          <w:p/>
        </w:tc>
        <w:tc>
          <w:tcPr>
            <w:tcW w:type="dxa" w:w="3906"/>
          </w:tcPr>
          <w:p/>
        </w:tc>
        <w:tc>
          <w:tcPr>
            <w:tcW w:type="dxa" w:w="977"/>
          </w:tcPr>
          <w:p/>
        </w:tc>
        <w:tc>
          <w:tcPr>
            <w:tcW w:type="dxa" w:w="1302"/>
          </w:tcPr>
          <w:p/>
        </w:tc>
        <w:tc>
          <w:tcPr>
            <w:tcW w:type="dxa" w:w="1953"/>
          </w:tcPr>
          <w:p/>
        </w:tc>
      </w:tr>
      <w:tr>
        <w:trPr>
          <w:trHeight w:val="369"/>
        </w:trPr>
        <w:tc>
          <w:tcPr>
            <w:tcW w:type="dxa" w:w="651"/>
          </w:tcPr>
          <w:p>
            <w:r>
              <w:rPr>
                <w:color w:val="5A5A55"/>
                <w:sz w:val="16"/>
              </w:rPr>
              <w:t>2</w:t>
            </w:r>
          </w:p>
        </w:tc>
        <w:tc>
          <w:tcPr>
            <w:tcW w:type="dxa" w:w="1302"/>
          </w:tcPr>
          <w:p/>
        </w:tc>
        <w:tc>
          <w:tcPr>
            <w:tcW w:type="dxa" w:w="3906"/>
          </w:tcPr>
          <w:p/>
        </w:tc>
        <w:tc>
          <w:tcPr>
            <w:tcW w:type="dxa" w:w="977"/>
          </w:tcPr>
          <w:p/>
        </w:tc>
        <w:tc>
          <w:tcPr>
            <w:tcW w:type="dxa" w:w="1302"/>
          </w:tcPr>
          <w:p/>
        </w:tc>
        <w:tc>
          <w:tcPr>
            <w:tcW w:type="dxa" w:w="1953"/>
          </w:tcPr>
          <w:p/>
        </w:tc>
      </w:tr>
      <w:tr>
        <w:trPr>
          <w:trHeight w:val="369"/>
        </w:trPr>
        <w:tc>
          <w:tcPr>
            <w:tcW w:type="dxa" w:w="651"/>
          </w:tcPr>
          <w:p>
            <w:r>
              <w:rPr>
                <w:color w:val="5A5A55"/>
                <w:sz w:val="16"/>
              </w:rPr>
              <w:t>3</w:t>
            </w:r>
          </w:p>
        </w:tc>
        <w:tc>
          <w:tcPr>
            <w:tcW w:type="dxa" w:w="1302"/>
          </w:tcPr>
          <w:p/>
        </w:tc>
        <w:tc>
          <w:tcPr>
            <w:tcW w:type="dxa" w:w="3906"/>
          </w:tcPr>
          <w:p/>
        </w:tc>
        <w:tc>
          <w:tcPr>
            <w:tcW w:type="dxa" w:w="977"/>
          </w:tcPr>
          <w:p/>
        </w:tc>
        <w:tc>
          <w:tcPr>
            <w:tcW w:type="dxa" w:w="1302"/>
          </w:tcPr>
          <w:p/>
        </w:tc>
        <w:tc>
          <w:tcPr>
            <w:tcW w:type="dxa" w:w="1953"/>
          </w:tcPr>
          <w:p/>
        </w:tc>
      </w:tr>
      <w:tr>
        <w:trPr>
          <w:trHeight w:val="369"/>
        </w:trPr>
        <w:tc>
          <w:tcPr>
            <w:tcW w:type="dxa" w:w="651"/>
          </w:tcPr>
          <w:p>
            <w:r>
              <w:rPr>
                <w:color w:val="5A5A55"/>
                <w:sz w:val="16"/>
              </w:rPr>
              <w:t>4</w:t>
            </w:r>
          </w:p>
        </w:tc>
        <w:tc>
          <w:tcPr>
            <w:tcW w:type="dxa" w:w="1302"/>
          </w:tcPr>
          <w:p/>
        </w:tc>
        <w:tc>
          <w:tcPr>
            <w:tcW w:type="dxa" w:w="3906"/>
          </w:tcPr>
          <w:p/>
        </w:tc>
        <w:tc>
          <w:tcPr>
            <w:tcW w:type="dxa" w:w="977"/>
          </w:tcPr>
          <w:p/>
        </w:tc>
        <w:tc>
          <w:tcPr>
            <w:tcW w:type="dxa" w:w="1302"/>
          </w:tcPr>
          <w:p/>
        </w:tc>
        <w:tc>
          <w:tcPr>
            <w:tcW w:type="dxa" w:w="1953"/>
          </w:tcPr>
          <w:p/>
        </w:tc>
      </w:tr>
      <w:tr>
        <w:trPr>
          <w:trHeight w:val="369"/>
        </w:trPr>
        <w:tc>
          <w:tcPr>
            <w:tcW w:type="dxa" w:w="651"/>
          </w:tcPr>
          <w:p>
            <w:r>
              <w:rPr>
                <w:color w:val="5A5A55"/>
                <w:sz w:val="16"/>
              </w:rPr>
              <w:t>5</w:t>
            </w:r>
          </w:p>
        </w:tc>
        <w:tc>
          <w:tcPr>
            <w:tcW w:type="dxa" w:w="1302"/>
          </w:tcPr>
          <w:p/>
        </w:tc>
        <w:tc>
          <w:tcPr>
            <w:tcW w:type="dxa" w:w="3906"/>
          </w:tcPr>
          <w:p/>
        </w:tc>
        <w:tc>
          <w:tcPr>
            <w:tcW w:type="dxa" w:w="977"/>
          </w:tcPr>
          <w:p/>
        </w:tc>
        <w:tc>
          <w:tcPr>
            <w:tcW w:type="dxa" w:w="1302"/>
          </w:tcPr>
          <w:p/>
        </w:tc>
        <w:tc>
          <w:tcPr>
            <w:tcW w:type="dxa" w:w="1953"/>
          </w:tcPr>
          <w:p/>
        </w:tc>
      </w:tr>
      <w:tr>
        <w:trPr>
          <w:trHeight w:val="369"/>
        </w:trPr>
        <w:tc>
          <w:tcPr>
            <w:tcW w:type="dxa" w:w="651"/>
          </w:tcPr>
          <w:p>
            <w:r>
              <w:rPr>
                <w:color w:val="5A5A55"/>
                <w:sz w:val="16"/>
              </w:rPr>
              <w:t>6</w:t>
            </w:r>
          </w:p>
        </w:tc>
        <w:tc>
          <w:tcPr>
            <w:tcW w:type="dxa" w:w="1302"/>
          </w:tcPr>
          <w:p/>
        </w:tc>
        <w:tc>
          <w:tcPr>
            <w:tcW w:type="dxa" w:w="3906"/>
          </w:tcPr>
          <w:p/>
        </w:tc>
        <w:tc>
          <w:tcPr>
            <w:tcW w:type="dxa" w:w="977"/>
          </w:tcPr>
          <w:p/>
        </w:tc>
        <w:tc>
          <w:tcPr>
            <w:tcW w:type="dxa" w:w="1302"/>
          </w:tcPr>
          <w:p/>
        </w:tc>
        <w:tc>
          <w:tcPr>
            <w:tcW w:type="dxa" w:w="1953"/>
          </w:tcPr>
          <w:p/>
        </w:tc>
      </w:tr>
      <w:tr>
        <w:trPr>
          <w:trHeight w:val="369"/>
        </w:trPr>
        <w:tc>
          <w:tcPr>
            <w:tcW w:type="dxa" w:w="651"/>
          </w:tcPr>
          <w:p>
            <w:r>
              <w:rPr>
                <w:color w:val="5A5A55"/>
                <w:sz w:val="16"/>
              </w:rPr>
              <w:t>7</w:t>
            </w:r>
          </w:p>
        </w:tc>
        <w:tc>
          <w:tcPr>
            <w:tcW w:type="dxa" w:w="1302"/>
          </w:tcPr>
          <w:p/>
        </w:tc>
        <w:tc>
          <w:tcPr>
            <w:tcW w:type="dxa" w:w="3906"/>
          </w:tcPr>
          <w:p/>
        </w:tc>
        <w:tc>
          <w:tcPr>
            <w:tcW w:type="dxa" w:w="977"/>
          </w:tcPr>
          <w:p/>
        </w:tc>
        <w:tc>
          <w:tcPr>
            <w:tcW w:type="dxa" w:w="1302"/>
          </w:tcPr>
          <w:p/>
        </w:tc>
        <w:tc>
          <w:tcPr>
            <w:tcW w:type="dxa" w:w="1953"/>
          </w:tcPr>
          <w:p/>
        </w:tc>
      </w:tr>
      <w:tr>
        <w:trPr>
          <w:trHeight w:val="369"/>
        </w:trPr>
        <w:tc>
          <w:tcPr>
            <w:tcW w:type="dxa" w:w="651"/>
          </w:tcPr>
          <w:p>
            <w:r>
              <w:rPr>
                <w:color w:val="5A5A55"/>
                <w:sz w:val="16"/>
              </w:rPr>
              <w:t>8</w:t>
            </w:r>
          </w:p>
        </w:tc>
        <w:tc>
          <w:tcPr>
            <w:tcW w:type="dxa" w:w="1302"/>
          </w:tcPr>
          <w:p/>
        </w:tc>
        <w:tc>
          <w:tcPr>
            <w:tcW w:type="dxa" w:w="3906"/>
          </w:tcPr>
          <w:p/>
        </w:tc>
        <w:tc>
          <w:tcPr>
            <w:tcW w:type="dxa" w:w="977"/>
          </w:tcPr>
          <w:p/>
        </w:tc>
        <w:tc>
          <w:tcPr>
            <w:tcW w:type="dxa" w:w="1302"/>
          </w:tcPr>
          <w:p/>
        </w:tc>
        <w:tc>
          <w:tcPr>
            <w:tcW w:type="dxa" w:w="1953"/>
          </w:tcPr>
          <w:p/>
        </w:tc>
      </w:tr>
      <w:tr>
        <w:trPr>
          <w:trHeight w:val="369"/>
        </w:trPr>
        <w:tc>
          <w:tcPr>
            <w:tcW w:type="dxa" w:w="651"/>
          </w:tcPr>
          <w:p>
            <w:r>
              <w:rPr>
                <w:color w:val="5A5A55"/>
                <w:sz w:val="16"/>
              </w:rPr>
              <w:t>9</w:t>
            </w:r>
          </w:p>
        </w:tc>
        <w:tc>
          <w:tcPr>
            <w:tcW w:type="dxa" w:w="1302"/>
          </w:tcPr>
          <w:p/>
        </w:tc>
        <w:tc>
          <w:tcPr>
            <w:tcW w:type="dxa" w:w="3906"/>
          </w:tcPr>
          <w:p/>
        </w:tc>
        <w:tc>
          <w:tcPr>
            <w:tcW w:type="dxa" w:w="977"/>
          </w:tcPr>
          <w:p/>
        </w:tc>
        <w:tc>
          <w:tcPr>
            <w:tcW w:type="dxa" w:w="1302"/>
          </w:tcPr>
          <w:p/>
        </w:tc>
        <w:tc>
          <w:tcPr>
            <w:tcW w:type="dxa" w:w="1953"/>
          </w:tcPr>
          <w:p/>
        </w:tc>
      </w:tr>
      <w:tr>
        <w:trPr>
          <w:trHeight w:val="369"/>
        </w:trPr>
        <w:tc>
          <w:tcPr>
            <w:tcW w:type="dxa" w:w="651"/>
          </w:tcPr>
          <w:p>
            <w:r>
              <w:rPr>
                <w:color w:val="5A5A55"/>
                <w:sz w:val="16"/>
              </w:rPr>
              <w:t>10</w:t>
            </w:r>
          </w:p>
        </w:tc>
        <w:tc>
          <w:tcPr>
            <w:tcW w:type="dxa" w:w="1302"/>
          </w:tcPr>
          <w:p/>
        </w:tc>
        <w:tc>
          <w:tcPr>
            <w:tcW w:type="dxa" w:w="3906"/>
          </w:tcPr>
          <w:p/>
        </w:tc>
        <w:tc>
          <w:tcPr>
            <w:tcW w:type="dxa" w:w="977"/>
          </w:tcPr>
          <w:p/>
        </w:tc>
        <w:tc>
          <w:tcPr>
            <w:tcW w:type="dxa" w:w="1302"/>
          </w:tcPr>
          <w:p/>
        </w:tc>
        <w:tc>
          <w:tcPr>
            <w:tcW w:type="dxa" w:w="1953"/>
          </w:tcPr>
          <w:p/>
        </w:tc>
      </w:tr>
    </w:tbl>
    <w:p>
      <w:pPr>
        <w:spacing w:after="0"/>
      </w:pPr>
    </w:p>
    <w:p>
      <w:pPr>
        <w:spacing w:before="120"/>
      </w:pPr>
      <w:r>
        <w:rPr>
          <w:color w:val="5A5A55"/>
          <w:sz w:val="15"/>
        </w:rPr>
        <w:t>Napomena: po Zakonu o elektronskim otpremnicama obaveza slanja i prijema elektronske otpremnice između subjekata privatnog sektora primenjuje se od 1. oktobra 2027. godine. Papirna otpremnica tada ne zamenjuje e-otpremnicu. Više: scalably.rs/e-otpremnice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r/>
          </w:p>
          <w:p/>
          <w:p>
            <w:pPr>
              <w:spacing w:after="0"/>
            </w:pPr>
            <w:r>
              <w:t>________________________</w:t>
            </w:r>
          </w:p>
          <w:p>
            <w:r>
              <w:rPr>
                <w:color w:val="5A5A55"/>
                <w:sz w:val="15"/>
              </w:rPr>
              <w:t>Izdao (potpis)</w:t>
            </w:r>
          </w:p>
        </w:tc>
        <w:tc>
          <w:tcPr>
            <w:tcW w:type="dxa" w:w="3364"/>
          </w:tcPr>
          <w:p>
            <w:r/>
          </w:p>
          <w:p/>
          <w:p>
            <w:pPr>
              <w:spacing w:after="0"/>
            </w:pPr>
            <w:r>
              <w:t>________________________</w:t>
            </w:r>
          </w:p>
          <w:p>
            <w:r>
              <w:rPr>
                <w:color w:val="5A5A55"/>
                <w:sz w:val="15"/>
              </w:rPr>
              <w:t>Prevoznik (potpis)</w:t>
            </w:r>
          </w:p>
        </w:tc>
        <w:tc>
          <w:tcPr>
            <w:tcW w:type="dxa" w:w="3364"/>
          </w:tcPr>
          <w:p>
            <w:r/>
          </w:p>
          <w:p/>
          <w:p>
            <w:pPr>
              <w:spacing w:after="0"/>
            </w:pPr>
            <w:r>
              <w:t>________________________</w:t>
            </w:r>
          </w:p>
          <w:p>
            <w:r>
              <w:rPr>
                <w:color w:val="5A5A55"/>
                <w:sz w:val="15"/>
              </w:rPr>
              <w:t>Primio (datum, čitko ime, potpis)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5"/>
        <w:sz w:val="15"/>
      </w:rPr>
      <w:t>Besplatan obrazac sa scalably.rs  ●  Ako ovaj obrazac popunjavate svaki dan, sistem može da ga popuni, a vi samo proverite.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Scalably</dc:creator>
  <cp:keywords/>
  <dc:description/>
  <cp:lastModifiedBy>Scalably</cp:lastModifiedBy>
  <cp:revision>1</cp:revision>
  <dcterms:created xsi:type="dcterms:W3CDTF">2013-12-23T23:15:00Z</dcterms:created>
  <dcterms:modified xsi:type="dcterms:W3CDTF">2013-12-23T23:15:00Z</dcterms:modified>
  <cp:category/>
</cp:coreProperties>
</file>